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DF242C"/>
          <w:sz w:val="28"/>
        </w:rPr>
        <w:t>MODELO DE PETICIÓN DE ACCESO A LA INFORMACIÓN PÚBLICA</w:t>
      </w:r>
    </w:p>
    <w:p>
      <w:pPr>
        <w:jc w:val="center"/>
      </w:pPr>
      <w:r>
        <w:rPr>
          <w:i/>
          <w:sz w:val="20"/>
        </w:rPr>
        <w:t>Espacio Público · Día del Acceso a la Información Pública, 28 de septiembre</w:t>
      </w:r>
    </w:p>
    <w:p/>
    <w:p>
      <w:pPr>
        <w:spacing w:after="200"/>
      </w:pPr>
      <w:r>
        <w:rPr>
          <w:b/>
          <w:sz w:val="24"/>
        </w:rPr>
        <w:t>Instrucciones de uso</w:t>
      </w:r>
    </w:p>
    <w:p>
      <w:pPr>
        <w:spacing w:after="200"/>
      </w:pPr>
      <w:r>
        <w:rPr>
          <w:b w:val="0"/>
          <w:sz w:val="22"/>
        </w:rPr>
        <w:t>Completa los espacios marcados entre corchetes con tus datos y los del caso. Dirige la petición al funcionario o ente competente para el tema que investigas. Recuerda conservar una copia sellada o el acuse de recibo de tu solicitud: es tu prueba de que ejerciste este derecho.</w:t>
      </w:r>
    </w:p>
    <w:p/>
    <w:p>
      <w:pPr>
        <w:spacing w:after="40"/>
      </w:pPr>
      <w:r>
        <w:rPr>
          <w:b/>
          <w:sz w:val="22"/>
        </w:rPr>
        <w:t>Ciudadano/a:</w:t>
      </w:r>
    </w:p>
    <w:p>
      <w:pPr>
        <w:spacing w:after="40"/>
      </w:pPr>
      <w:r>
        <w:rPr>
          <w:b w:val="0"/>
          <w:sz w:val="22"/>
        </w:rPr>
        <w:t>[Nombre del funcionario]</w:t>
      </w:r>
    </w:p>
    <w:p>
      <w:pPr>
        <w:spacing w:after="40"/>
      </w:pPr>
      <w:r>
        <w:rPr>
          <w:b w:val="0"/>
          <w:sz w:val="22"/>
        </w:rPr>
        <w:t>[Cargo del funcionario]</w:t>
      </w:r>
    </w:p>
    <w:p>
      <w:pPr>
        <w:spacing w:after="320"/>
      </w:pPr>
      <w:r>
        <w:rPr>
          <w:b w:val="0"/>
          <w:sz w:val="22"/>
        </w:rPr>
        <w:t>Su despacho.-</w:t>
      </w:r>
    </w:p>
    <w:p>
      <w:pPr>
        <w:spacing w:after="200"/>
      </w:pPr>
      <w:r>
        <w:rPr>
          <w:b w:val="0"/>
          <w:sz w:val="22"/>
        </w:rPr>
        <w:t>Reciba un cordial saludo. Nosotros/yo, habitante/s de la comunidad [completar], actuando en este acto a título [personal / en representación de (medio u organización, si aplica)], con cédula de identidad número [completar] y, de ser periodista, carnet de colegiado o credencial de prensa número [completar, si aplica], en ejercicio legítimo del derecho al acceso a la información establecido en los artículos 51 y 143 de la Constitución de la República Bolivariana de Venezuela, acudo ante su competente autoridad con el fin de solicitarle información.</w:t>
      </w:r>
    </w:p>
    <w:p>
      <w:pPr>
        <w:spacing w:after="200"/>
      </w:pPr>
      <w:r>
        <w:rPr>
          <w:b w:val="0"/>
          <w:color w:val="878786"/>
          <w:sz w:val="22"/>
        </w:rPr>
        <w:t>[Sugerencia: incluye aquí una breve descripción de la situación o el contexto de tu investigación, para fundamentar las preguntas que siguen.]</w:t>
      </w:r>
    </w:p>
    <w:p>
      <w:pPr>
        <w:spacing w:after="200"/>
      </w:pPr>
      <w:r>
        <w:rPr>
          <w:b w:val="0"/>
          <w:sz w:val="22"/>
        </w:rPr>
        <w:t>Solicito la siguiente información, de forma organizada y enumerada:</w:t>
      </w:r>
    </w:p>
    <w:p>
      <w:pPr>
        <w:spacing w:after="120"/>
      </w:pPr>
      <w:r>
        <w:rPr>
          <w:b w:val="0"/>
          <w:sz w:val="22"/>
        </w:rPr>
        <w:t>1. [Pregunta específica 1. Indica el formato de respuesta que necesitas: tabla de datos, archivo de texto, imágenes, etc.]</w:t>
      </w:r>
    </w:p>
    <w:p>
      <w:pPr>
        <w:spacing w:after="120"/>
      </w:pPr>
      <w:r>
        <w:rPr>
          <w:b w:val="0"/>
          <w:sz w:val="22"/>
        </w:rPr>
        <w:t>2. [Pregunta específica 2. Indica el formato de respuesta que necesitas: tabla de datos, archivo de texto, imágenes, etc.]</w:t>
      </w:r>
    </w:p>
    <w:p>
      <w:pPr>
        <w:spacing w:after="120"/>
      </w:pPr>
      <w:r>
        <w:rPr>
          <w:b w:val="0"/>
          <w:sz w:val="22"/>
        </w:rPr>
        <w:t>3. [Pregunta específica 3. Indica el formato de respuesta que necesitas: tabla de datos, archivo de texto, imágenes, etc.]</w:t>
      </w:r>
    </w:p>
    <w:p>
      <w:pPr>
        <w:spacing w:after="120"/>
      </w:pPr>
      <w:r>
        <w:rPr>
          <w:b w:val="0"/>
          <w:sz w:val="22"/>
        </w:rPr>
        <w:t>4. [Pregunta específica 4. Indica el formato de respuesta que necesitas: tabla de datos, archivo de texto, imágenes, etc.]</w:t>
      </w:r>
    </w:p>
    <w:p/>
    <w:p>
      <w:pPr>
        <w:spacing w:after="200"/>
      </w:pPr>
      <w:r>
        <w:rPr>
          <w:b w:val="0"/>
          <w:sz w:val="22"/>
        </w:rPr>
        <w:t>Solicito respuesta oportuna y adecuada a la presente petición. La Ley Orgánica de Procedimientos Administrativos, en su artículo 5, y el artículo 10 de la Ley de Transparencia y Acceso a la Información de Interés Público, establecen que la respuesta debe producirse en un lapso no mayor a 20 días hábiles. Agradezco de antemano su colaboración con el precepto de contraloría ciudadana y social establecido en la Constitución.</w:t>
      </w:r>
    </w:p>
    <w:p>
      <w:pPr>
        <w:spacing w:after="200"/>
      </w:pPr>
      <w:r>
        <w:rPr>
          <w:b w:val="0"/>
          <w:sz w:val="22"/>
        </w:rPr>
        <w:t>Agradezco enviar respuesta a la presente solicitud a la dirección de correo electrónico: [correo electrónico]</w:t>
      </w:r>
    </w:p>
    <w:p/>
    <w:p/>
    <w:p>
      <w:pPr>
        <w:spacing w:after="40"/>
      </w:pPr>
      <w:r>
        <w:rPr>
          <w:b w:val="0"/>
          <w:sz w:val="22"/>
        </w:rPr>
        <w:t>_______________________________</w:t>
      </w:r>
    </w:p>
    <w:p>
      <w:pPr>
        <w:spacing w:after="40"/>
      </w:pPr>
      <w:r>
        <w:rPr>
          <w:b w:val="0"/>
          <w:sz w:val="22"/>
        </w:rPr>
        <w:t>Firma</w:t>
      </w:r>
    </w:p>
    <w:p>
      <w:pPr>
        <w:spacing w:after="40"/>
      </w:pPr>
      <w:r>
        <w:rPr>
          <w:b w:val="0"/>
          <w:sz w:val="22"/>
        </w:rPr>
        <w:t>[Nombre completo]</w:t>
      </w:r>
    </w:p>
    <w:p>
      <w:pPr>
        <w:spacing w:after="40"/>
      </w:pPr>
      <w:r>
        <w:rPr>
          <w:b w:val="0"/>
          <w:sz w:val="22"/>
        </w:rPr>
        <w:t>[Cédula de identidad]</w:t>
      </w:r>
    </w:p>
    <w:p>
      <w:pPr>
        <w:spacing w:after="400"/>
      </w:pPr>
      <w:r>
        <w:rPr>
          <w:b w:val="0"/>
          <w:sz w:val="22"/>
        </w:rPr>
        <w:t>[Fecha]</w:t>
      </w:r>
    </w:p>
    <w:p/>
    <w:p>
      <w:r>
        <w:rPr>
          <w:color w:val="878786"/>
          <w:sz w:val="16"/>
        </w:rPr>
        <w:t>Modelo elaborado por Espacio Público · espaciopublico.ong · Guía práctica de peticiones: espaciopublico.ong/wp-content/uploads/2021/01/Acceso-a-la-informacion-publica.-Guia-practica-de-peticiones.pdf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